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8D7" w:rsidRPr="009E34B3" w:rsidRDefault="009E34B3">
      <w:pPr>
        <w:spacing w:after="0"/>
        <w:rPr>
          <w:szCs w:val="24"/>
        </w:rPr>
      </w:pPr>
      <w:r w:rsidRPr="009E34B3">
        <w:rPr>
          <w:szCs w:val="24"/>
        </w:rPr>
        <w:t>様式７</w:t>
      </w:r>
    </w:p>
    <w:p w:rsidR="00A558D7" w:rsidRPr="009E34B3" w:rsidRDefault="00A558D7">
      <w:pPr>
        <w:rPr>
          <w:szCs w:val="24"/>
        </w:rPr>
      </w:pPr>
    </w:p>
    <w:p w:rsidR="00A558D7" w:rsidRPr="009E34B3" w:rsidRDefault="009E34B3">
      <w:pPr>
        <w:spacing w:after="260"/>
        <w:jc w:val="right"/>
        <w:rPr>
          <w:szCs w:val="24"/>
        </w:rPr>
      </w:pPr>
      <w:r w:rsidRPr="009E34B3">
        <w:rPr>
          <w:szCs w:val="24"/>
        </w:rPr>
        <w:t xml:space="preserve">　　　年　　 月　　 日</w:t>
      </w:r>
    </w:p>
    <w:p w:rsidR="00A558D7" w:rsidRPr="009E34B3" w:rsidRDefault="009E34B3">
      <w:pPr>
        <w:spacing w:after="460"/>
        <w:rPr>
          <w:szCs w:val="24"/>
        </w:rPr>
      </w:pPr>
      <w:r w:rsidRPr="009E34B3">
        <w:rPr>
          <w:szCs w:val="24"/>
        </w:rPr>
        <w:t>福 津 市 長　宛</w:t>
      </w:r>
    </w:p>
    <w:p w:rsidR="00A558D7" w:rsidRPr="00750791" w:rsidRDefault="009E34B3">
      <w:pPr>
        <w:spacing w:after="400"/>
        <w:jc w:val="center"/>
        <w:rPr>
          <w:sz w:val="32"/>
          <w:szCs w:val="32"/>
        </w:rPr>
      </w:pPr>
      <w:r w:rsidRPr="00750791">
        <w:rPr>
          <w:b/>
          <w:sz w:val="32"/>
          <w:szCs w:val="32"/>
        </w:rPr>
        <w:t>地縁団体証明書交付請求書</w:t>
      </w:r>
    </w:p>
    <w:p w:rsidR="00A558D7" w:rsidRPr="009E34B3" w:rsidRDefault="009E34B3" w:rsidP="009E34B3">
      <w:pPr>
        <w:spacing w:after="300"/>
        <w:ind w:firstLineChars="100" w:firstLine="240"/>
        <w:rPr>
          <w:szCs w:val="24"/>
          <w:lang w:eastAsia="ja-JP"/>
        </w:rPr>
      </w:pPr>
      <w:r w:rsidRPr="009E34B3">
        <w:rPr>
          <w:szCs w:val="24"/>
          <w:lang w:eastAsia="ja-JP"/>
        </w:rPr>
        <w:t>地方自治法第２６０条の２第１２項の規定により、地縁団体証明書の交付を受けたいので、下記のとおり請求します。</w:t>
      </w:r>
    </w:p>
    <w:p w:rsidR="00A558D7" w:rsidRPr="009E34B3" w:rsidRDefault="009E34B3">
      <w:pPr>
        <w:spacing w:after="300"/>
        <w:jc w:val="center"/>
        <w:rPr>
          <w:szCs w:val="24"/>
        </w:rPr>
      </w:pPr>
      <w:r w:rsidRPr="009E34B3">
        <w:rPr>
          <w:szCs w:val="24"/>
        </w:rPr>
        <w:t>記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487"/>
        <w:gridCol w:w="4904"/>
        <w:gridCol w:w="397"/>
      </w:tblGrid>
      <w:tr w:rsidR="00A558D7" w:rsidRPr="009E34B3">
        <w:trPr>
          <w:trHeight w:val="635"/>
          <w:jc w:val="center"/>
        </w:trPr>
        <w:tc>
          <w:tcPr>
            <w:tcW w:w="3487" w:type="dxa"/>
            <w:tcMar>
              <w:top w:w="45" w:type="dxa"/>
              <w:left w:w="40" w:type="dxa"/>
              <w:bottom w:w="55" w:type="dxa"/>
              <w:right w:w="30" w:type="dxa"/>
            </w:tcMar>
            <w:vAlign w:val="center"/>
          </w:tcPr>
          <w:p w:rsidR="00A558D7" w:rsidRPr="009E34B3" w:rsidRDefault="009E34B3">
            <w:pPr>
              <w:rPr>
                <w:szCs w:val="24"/>
              </w:rPr>
            </w:pPr>
            <w:r w:rsidRPr="009E34B3">
              <w:rPr>
                <w:szCs w:val="24"/>
              </w:rPr>
              <w:t>請求者の氏名</w:t>
            </w:r>
          </w:p>
        </w:tc>
        <w:tc>
          <w:tcPr>
            <w:tcW w:w="4904" w:type="dxa"/>
            <w:tcBorders>
              <w:bottom w:val="single" w:sz="7" w:space="0" w:color="404040"/>
            </w:tcBorders>
            <w:tcMar>
              <w:top w:w="45" w:type="dxa"/>
              <w:left w:w="40" w:type="dxa"/>
              <w:bottom w:w="55" w:type="dxa"/>
              <w:right w:w="30" w:type="dxa"/>
            </w:tcMar>
            <w:vAlign w:val="center"/>
          </w:tcPr>
          <w:p w:rsidR="00A558D7" w:rsidRPr="009E34B3" w:rsidRDefault="00A558D7">
            <w:pPr>
              <w:rPr>
                <w:szCs w:val="24"/>
              </w:rPr>
            </w:pPr>
          </w:p>
        </w:tc>
        <w:tc>
          <w:tcPr>
            <w:tcW w:w="397" w:type="dxa"/>
            <w:tcMar>
              <w:top w:w="45" w:type="dxa"/>
              <w:left w:w="40" w:type="dxa"/>
              <w:bottom w:w="55" w:type="dxa"/>
              <w:right w:w="30" w:type="dxa"/>
            </w:tcMar>
            <w:vAlign w:val="center"/>
          </w:tcPr>
          <w:p w:rsidR="00A558D7" w:rsidRPr="009E34B3" w:rsidRDefault="00A558D7">
            <w:pPr>
              <w:rPr>
                <w:szCs w:val="24"/>
              </w:rPr>
            </w:pPr>
            <w:bookmarkStart w:id="0" w:name="_GoBack"/>
            <w:bookmarkEnd w:id="0"/>
          </w:p>
        </w:tc>
      </w:tr>
      <w:tr w:rsidR="00A558D7" w:rsidRPr="009E34B3">
        <w:trPr>
          <w:trHeight w:val="635"/>
          <w:jc w:val="center"/>
        </w:trPr>
        <w:tc>
          <w:tcPr>
            <w:tcW w:w="3487" w:type="dxa"/>
            <w:tcMar>
              <w:top w:w="45" w:type="dxa"/>
              <w:left w:w="40" w:type="dxa"/>
              <w:bottom w:w="55" w:type="dxa"/>
              <w:right w:w="30" w:type="dxa"/>
            </w:tcMar>
            <w:vAlign w:val="center"/>
          </w:tcPr>
          <w:p w:rsidR="00A558D7" w:rsidRPr="009E34B3" w:rsidRDefault="009E34B3">
            <w:pPr>
              <w:rPr>
                <w:szCs w:val="24"/>
              </w:rPr>
            </w:pPr>
            <w:r w:rsidRPr="009E34B3">
              <w:rPr>
                <w:szCs w:val="24"/>
              </w:rPr>
              <w:t>請求者の住所</w:t>
            </w:r>
          </w:p>
        </w:tc>
        <w:tc>
          <w:tcPr>
            <w:tcW w:w="4904" w:type="dxa"/>
            <w:tcBorders>
              <w:bottom w:val="single" w:sz="7" w:space="0" w:color="404040"/>
            </w:tcBorders>
            <w:tcMar>
              <w:top w:w="45" w:type="dxa"/>
              <w:left w:w="40" w:type="dxa"/>
              <w:bottom w:w="55" w:type="dxa"/>
              <w:right w:w="30" w:type="dxa"/>
            </w:tcMar>
            <w:vAlign w:val="center"/>
          </w:tcPr>
          <w:p w:rsidR="00A558D7" w:rsidRPr="009E34B3" w:rsidRDefault="00A558D7">
            <w:pPr>
              <w:rPr>
                <w:szCs w:val="24"/>
              </w:rPr>
            </w:pPr>
          </w:p>
        </w:tc>
        <w:tc>
          <w:tcPr>
            <w:tcW w:w="397" w:type="dxa"/>
            <w:tcMar>
              <w:top w:w="45" w:type="dxa"/>
              <w:left w:w="40" w:type="dxa"/>
              <w:bottom w:w="55" w:type="dxa"/>
              <w:right w:w="30" w:type="dxa"/>
            </w:tcMar>
            <w:vAlign w:val="center"/>
          </w:tcPr>
          <w:p w:rsidR="00A558D7" w:rsidRPr="009E34B3" w:rsidRDefault="00A558D7">
            <w:pPr>
              <w:rPr>
                <w:szCs w:val="24"/>
              </w:rPr>
            </w:pPr>
          </w:p>
        </w:tc>
      </w:tr>
      <w:tr w:rsidR="00A558D7" w:rsidRPr="009E34B3">
        <w:trPr>
          <w:trHeight w:val="635"/>
          <w:jc w:val="center"/>
        </w:trPr>
        <w:tc>
          <w:tcPr>
            <w:tcW w:w="3487" w:type="dxa"/>
            <w:tcMar>
              <w:top w:w="45" w:type="dxa"/>
              <w:left w:w="40" w:type="dxa"/>
              <w:bottom w:w="55" w:type="dxa"/>
              <w:right w:w="30" w:type="dxa"/>
            </w:tcMar>
            <w:vAlign w:val="center"/>
          </w:tcPr>
          <w:p w:rsidR="00A558D7" w:rsidRPr="009E34B3" w:rsidRDefault="009E34B3">
            <w:pPr>
              <w:rPr>
                <w:szCs w:val="24"/>
              </w:rPr>
            </w:pPr>
            <w:r w:rsidRPr="009E34B3">
              <w:rPr>
                <w:szCs w:val="24"/>
              </w:rPr>
              <w:t>団体の名称</w:t>
            </w:r>
          </w:p>
        </w:tc>
        <w:tc>
          <w:tcPr>
            <w:tcW w:w="4904" w:type="dxa"/>
            <w:tcBorders>
              <w:bottom w:val="single" w:sz="7" w:space="0" w:color="404040"/>
            </w:tcBorders>
            <w:tcMar>
              <w:top w:w="45" w:type="dxa"/>
              <w:left w:w="40" w:type="dxa"/>
              <w:bottom w:w="55" w:type="dxa"/>
              <w:right w:w="30" w:type="dxa"/>
            </w:tcMar>
            <w:vAlign w:val="center"/>
          </w:tcPr>
          <w:p w:rsidR="00A558D7" w:rsidRPr="009E34B3" w:rsidRDefault="00A558D7">
            <w:pPr>
              <w:rPr>
                <w:szCs w:val="24"/>
              </w:rPr>
            </w:pPr>
          </w:p>
        </w:tc>
        <w:tc>
          <w:tcPr>
            <w:tcW w:w="397" w:type="dxa"/>
            <w:tcMar>
              <w:top w:w="45" w:type="dxa"/>
              <w:left w:w="40" w:type="dxa"/>
              <w:bottom w:w="55" w:type="dxa"/>
              <w:right w:w="30" w:type="dxa"/>
            </w:tcMar>
            <w:vAlign w:val="center"/>
          </w:tcPr>
          <w:p w:rsidR="00A558D7" w:rsidRPr="009E34B3" w:rsidRDefault="00A558D7">
            <w:pPr>
              <w:rPr>
                <w:szCs w:val="24"/>
              </w:rPr>
            </w:pPr>
          </w:p>
        </w:tc>
      </w:tr>
      <w:tr w:rsidR="00A558D7" w:rsidRPr="009E34B3">
        <w:trPr>
          <w:trHeight w:val="635"/>
          <w:jc w:val="center"/>
        </w:trPr>
        <w:tc>
          <w:tcPr>
            <w:tcW w:w="3487" w:type="dxa"/>
            <w:tcMar>
              <w:top w:w="45" w:type="dxa"/>
              <w:left w:w="40" w:type="dxa"/>
              <w:bottom w:w="55" w:type="dxa"/>
              <w:right w:w="30" w:type="dxa"/>
            </w:tcMar>
            <w:vAlign w:val="center"/>
          </w:tcPr>
          <w:p w:rsidR="00A558D7" w:rsidRPr="009E34B3" w:rsidRDefault="009E34B3">
            <w:pPr>
              <w:rPr>
                <w:szCs w:val="24"/>
                <w:lang w:eastAsia="ja-JP"/>
              </w:rPr>
            </w:pPr>
            <w:r w:rsidRPr="009E34B3">
              <w:rPr>
                <w:szCs w:val="24"/>
                <w:lang w:eastAsia="ja-JP"/>
              </w:rPr>
              <w:t>団体の主たる事務所の所在地</w:t>
            </w:r>
          </w:p>
        </w:tc>
        <w:tc>
          <w:tcPr>
            <w:tcW w:w="4904" w:type="dxa"/>
            <w:tcBorders>
              <w:bottom w:val="single" w:sz="7" w:space="0" w:color="404040"/>
            </w:tcBorders>
            <w:tcMar>
              <w:top w:w="45" w:type="dxa"/>
              <w:left w:w="40" w:type="dxa"/>
              <w:bottom w:w="55" w:type="dxa"/>
              <w:right w:w="30" w:type="dxa"/>
            </w:tcMar>
            <w:vAlign w:val="center"/>
          </w:tcPr>
          <w:p w:rsidR="00A558D7" w:rsidRPr="009E34B3" w:rsidRDefault="00A558D7">
            <w:pPr>
              <w:rPr>
                <w:szCs w:val="24"/>
                <w:lang w:eastAsia="ja-JP"/>
              </w:rPr>
            </w:pPr>
          </w:p>
        </w:tc>
        <w:tc>
          <w:tcPr>
            <w:tcW w:w="397" w:type="dxa"/>
            <w:tcMar>
              <w:top w:w="45" w:type="dxa"/>
              <w:left w:w="40" w:type="dxa"/>
              <w:bottom w:w="55" w:type="dxa"/>
              <w:right w:w="30" w:type="dxa"/>
            </w:tcMar>
            <w:vAlign w:val="center"/>
          </w:tcPr>
          <w:p w:rsidR="00A558D7" w:rsidRPr="009E34B3" w:rsidRDefault="00A558D7">
            <w:pPr>
              <w:rPr>
                <w:szCs w:val="24"/>
                <w:lang w:eastAsia="ja-JP"/>
              </w:rPr>
            </w:pPr>
          </w:p>
        </w:tc>
      </w:tr>
      <w:tr w:rsidR="00A558D7" w:rsidRPr="009E34B3">
        <w:trPr>
          <w:trHeight w:val="765"/>
          <w:jc w:val="center"/>
        </w:trPr>
        <w:tc>
          <w:tcPr>
            <w:tcW w:w="3487" w:type="dxa"/>
            <w:tcMar>
              <w:top w:w="45" w:type="dxa"/>
              <w:left w:w="40" w:type="dxa"/>
              <w:bottom w:w="55" w:type="dxa"/>
              <w:right w:w="30" w:type="dxa"/>
            </w:tcMar>
            <w:vAlign w:val="center"/>
          </w:tcPr>
          <w:p w:rsidR="00A558D7" w:rsidRPr="009E34B3" w:rsidRDefault="009E34B3">
            <w:pPr>
              <w:rPr>
                <w:szCs w:val="24"/>
              </w:rPr>
            </w:pPr>
            <w:proofErr w:type="spellStart"/>
            <w:r w:rsidRPr="009E34B3">
              <w:rPr>
                <w:szCs w:val="24"/>
              </w:rPr>
              <w:t>住所の表示について</w:t>
            </w:r>
            <w:proofErr w:type="spellEnd"/>
          </w:p>
        </w:tc>
        <w:tc>
          <w:tcPr>
            <w:tcW w:w="4904" w:type="dxa"/>
            <w:tcMar>
              <w:top w:w="45" w:type="dxa"/>
              <w:left w:w="40" w:type="dxa"/>
              <w:bottom w:w="55" w:type="dxa"/>
              <w:right w:w="30" w:type="dxa"/>
            </w:tcMar>
            <w:vAlign w:val="center"/>
          </w:tcPr>
          <w:p w:rsidR="00A558D7" w:rsidRPr="009E34B3" w:rsidRDefault="009E34B3">
            <w:pPr>
              <w:rPr>
                <w:szCs w:val="24"/>
                <w:lang w:eastAsia="ja-JP"/>
              </w:rPr>
            </w:pPr>
            <w:r w:rsidRPr="009E34B3">
              <w:rPr>
                <w:szCs w:val="24"/>
                <w:lang w:eastAsia="ja-JP"/>
              </w:rPr>
              <w:t>□ 希望しない　 □ 希望する</w:t>
            </w:r>
          </w:p>
        </w:tc>
        <w:tc>
          <w:tcPr>
            <w:tcW w:w="397" w:type="dxa"/>
            <w:tcMar>
              <w:top w:w="45" w:type="dxa"/>
              <w:left w:w="40" w:type="dxa"/>
              <w:bottom w:w="55" w:type="dxa"/>
              <w:right w:w="30" w:type="dxa"/>
            </w:tcMar>
            <w:vAlign w:val="center"/>
          </w:tcPr>
          <w:p w:rsidR="00A558D7" w:rsidRPr="009E34B3" w:rsidRDefault="00A558D7">
            <w:pPr>
              <w:rPr>
                <w:szCs w:val="24"/>
                <w:lang w:eastAsia="ja-JP"/>
              </w:rPr>
            </w:pPr>
          </w:p>
        </w:tc>
      </w:tr>
      <w:tr w:rsidR="00A558D7" w:rsidRPr="009E34B3">
        <w:trPr>
          <w:trHeight w:val="765"/>
          <w:jc w:val="center"/>
        </w:trPr>
        <w:tc>
          <w:tcPr>
            <w:tcW w:w="3487" w:type="dxa"/>
            <w:tcMar>
              <w:top w:w="45" w:type="dxa"/>
              <w:left w:w="40" w:type="dxa"/>
              <w:bottom w:w="55" w:type="dxa"/>
              <w:right w:w="30" w:type="dxa"/>
            </w:tcMar>
            <w:vAlign w:val="center"/>
          </w:tcPr>
          <w:p w:rsidR="00A558D7" w:rsidRPr="009E34B3" w:rsidRDefault="009E34B3">
            <w:pPr>
              <w:rPr>
                <w:szCs w:val="24"/>
                <w:lang w:eastAsia="ja-JP"/>
              </w:rPr>
            </w:pPr>
            <w:r w:rsidRPr="009E34B3">
              <w:rPr>
                <w:szCs w:val="24"/>
                <w:lang w:eastAsia="ja-JP"/>
              </w:rPr>
              <w:t>住所表示を希望する代表者等</w:t>
            </w:r>
          </w:p>
        </w:tc>
        <w:tc>
          <w:tcPr>
            <w:tcW w:w="4904" w:type="dxa"/>
            <w:tcBorders>
              <w:bottom w:val="single" w:sz="7" w:space="0" w:color="404040"/>
            </w:tcBorders>
            <w:tcMar>
              <w:top w:w="45" w:type="dxa"/>
              <w:left w:w="40" w:type="dxa"/>
              <w:bottom w:w="55" w:type="dxa"/>
              <w:right w:w="30" w:type="dxa"/>
            </w:tcMar>
            <w:vAlign w:val="center"/>
          </w:tcPr>
          <w:p w:rsidR="00A558D7" w:rsidRPr="009E34B3" w:rsidRDefault="00A558D7">
            <w:pPr>
              <w:rPr>
                <w:szCs w:val="24"/>
                <w:lang w:eastAsia="ja-JP"/>
              </w:rPr>
            </w:pPr>
          </w:p>
        </w:tc>
        <w:tc>
          <w:tcPr>
            <w:tcW w:w="397" w:type="dxa"/>
            <w:tcMar>
              <w:top w:w="45" w:type="dxa"/>
              <w:left w:w="40" w:type="dxa"/>
              <w:bottom w:w="55" w:type="dxa"/>
              <w:right w:w="30" w:type="dxa"/>
            </w:tcMar>
            <w:vAlign w:val="center"/>
          </w:tcPr>
          <w:p w:rsidR="00A558D7" w:rsidRPr="009E34B3" w:rsidRDefault="00A558D7">
            <w:pPr>
              <w:rPr>
                <w:szCs w:val="24"/>
                <w:lang w:eastAsia="ja-JP"/>
              </w:rPr>
            </w:pPr>
          </w:p>
        </w:tc>
      </w:tr>
    </w:tbl>
    <w:p w:rsidR="00A558D7" w:rsidRPr="009E34B3" w:rsidRDefault="009E34B3" w:rsidP="009E34B3">
      <w:pPr>
        <w:spacing w:before="360" w:after="0"/>
        <w:ind w:left="240" w:hangingChars="100" w:hanging="240"/>
        <w:rPr>
          <w:szCs w:val="24"/>
          <w:lang w:eastAsia="ja-JP"/>
        </w:rPr>
      </w:pPr>
      <w:r w:rsidRPr="009E34B3">
        <w:rPr>
          <w:szCs w:val="24"/>
          <w:lang w:eastAsia="ja-JP"/>
        </w:rPr>
        <w:t>※代表者等の住所は原則非表示です。住所表示を希望する場合は、対象となる代表者等本人の申出又は本人の委任状が必要です。</w:t>
      </w:r>
    </w:p>
    <w:p w:rsidR="00A558D7" w:rsidRPr="009E34B3" w:rsidRDefault="009E34B3">
      <w:pPr>
        <w:spacing w:before="100" w:after="0"/>
        <w:rPr>
          <w:szCs w:val="24"/>
          <w:lang w:eastAsia="ja-JP"/>
        </w:rPr>
      </w:pPr>
      <w:r w:rsidRPr="009E34B3">
        <w:rPr>
          <w:szCs w:val="24"/>
          <w:lang w:eastAsia="ja-JP"/>
        </w:rPr>
        <w:t>※過去の代表者等の住所表示を希望する場合も、該当する本人ごとの確認が必要です。</w:t>
      </w:r>
    </w:p>
    <w:sectPr w:rsidR="00A558D7" w:rsidRPr="009E34B3" w:rsidSect="00034616">
      <w:pgSz w:w="12240" w:h="15840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 明朝">
    <w:altName w:val="ＭＳ 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3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E2304"/>
    <w:rsid w:val="00750791"/>
    <w:rsid w:val="009E34B3"/>
    <w:rsid w:val="00A558D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BA28789"/>
  <w14:defaultImageDpi w14:val="300"/>
  <w15:docId w15:val="{5CE5332E-3DD4-4D77-970A-EE846E34D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MS 明朝" w:eastAsia="MS 明朝" w:hAnsi="MS 明朝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">
    <w:name w:val="Balloon Text"/>
    <w:basedOn w:val="a1"/>
    <w:link w:val="aff0"/>
    <w:uiPriority w:val="99"/>
    <w:semiHidden/>
    <w:unhideWhenUsed/>
    <w:rsid w:val="0075079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0">
    <w:name w:val="吹き出し (文字)"/>
    <w:basedOn w:val="a2"/>
    <w:link w:val="aff"/>
    <w:uiPriority w:val="99"/>
    <w:semiHidden/>
    <w:rsid w:val="0075079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久保寺大輔</cp:lastModifiedBy>
  <cp:revision>4</cp:revision>
  <cp:lastPrinted>2026-10-20T00:43:00Z</cp:lastPrinted>
  <dcterms:created xsi:type="dcterms:W3CDTF">2013-12-23T23:15:00Z</dcterms:created>
  <dcterms:modified xsi:type="dcterms:W3CDTF">2026-10-20T00:43:00Z</dcterms:modified>
  <cp:category/>
</cp:coreProperties>
</file>